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הקצר "המחרוזת" מאת גי דה מופאסן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מבנה חמשת שלביה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דמות מטילדה ואת האירוניה בסיום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אומנותיים ולתרגל כתיבה יצירתית בהשראת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ומבנה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היא חולמת על חיי פאר שאין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כדי להתאים לשמלה ולא להיראות ענייה בנשף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על רובה הציד שחסך עבורו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מטילדה נולדה למשפחה פשוטה וחלמה על חיי פאר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עושה הכל כדי לשמח אותה, גם במחיר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 מבנה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דינמית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העלילה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 - היכרות עם מטילדה וחייה הפשוטים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מטילדה שואלת מחרוזת מגברת פורסטייה ומאבדת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סיום - מטילדה פוגשת את גברת פורסטייה ומגלה שהמחרוזת הייתה מזויפת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דמויות, סמל ואירוניה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חולמנית - מדמיינת חיי פאר, לא מרוצה - מתלוננת על מצבה הפשוט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אקספוזיציה, סיבוך, שיא, התרה,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מראית עין חיצונית מול מציאות פנימית 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 הזוג עבדו שנים כדי להחזיר חוב על מחרוזת 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שלב ה-mc יחד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לעודד תלמידים לבסס תשובות בשאלות הפתוחות על דוגמאות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בשאלת הכתיבה כדאי להזכיר את רשימת האמצעים האומנותיים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הקצר "המחרוזת" מאת גי דה מופאסן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עלילת הסיפור "המחרוזת", את מבנה חמשת השלבים שלו, את דמויות הגיבורים ואת האירוניה המפתיעה בסיומו.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דינמית  ·  אקספוזיציה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 ומבנה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מטילדה אינה מאושרת בפתיחת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בעלה אינו אוהב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היא חולמת על חיי פאר שאין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אין לה חברות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לשם מה ביקשה מטילדה מחרוזת מגברת פורסטייה?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למכור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בעלה ביקש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להתאים לשמלה ולא להיראות ענייה בנשף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ויתר מר לואזל כדי לקנות למטילדה שמלה?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ארוחות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חופשה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רובה הציד שחסך עבורו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מטילדה נולדה למשפחה עשירה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 לואזל הוא פקיד צנוע שאוהב את אשתו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מושגי 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שלב בעלילה שבו מוצגים הדמויות והרקע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דמות שמשתנה במהלך הסיפור נקראת דמות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שלבי העלילה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סיום - מטילדה פוגשת את גברת פורסטייה ומגלה שהמחרוזת הייתה מזויפת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אקספוזיציה - היכרות עם מטילדה וחייה הפשוטים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סיבוך - מטילדה שואלת מחרוזת מגברת פורסטייה ומאבדת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דמויות, סמל ואירוניה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אפיינו את מטילדה בשתי תכונות בתחילת הסיפור, וביססו כל תכונה במעשה או מחשבה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חמשת שלבי העלילה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מסמלת המחרוזת?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הקצר "המחרוזת" מאת גי דה מופאסן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