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"המחרוזת" מאת גי דה מופאסן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מבנה חמשת שלביה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דמות מטילדה ואת האירוניה בסיום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ולתרגל כתיבה יצירתית בהשראת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היא חולמת על חיי פאר שאין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להתאים לשמלה ולא להיראות ענייה בנשף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 רובה הציד שחסך עבורו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המחרוזת שאבדה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מראית עין - נוצץ מבחוץ ומזויף מבפנים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חברתה העשירה של מטילדה מבית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מטילדה נולדה למשפחה פשוטה וחלמה על חיי פאר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עושה הכל כדי לשמח אותה, גם במחיר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בשלב ההתרה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מתגלה שהמחרוזת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מתחילת הסיפור ועד סופו משתנה אופייה וחייה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 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דינמית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העלילה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היכרות עם מטילדה וחייה הפשוטים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מטילדה שואלת מחרוזת מגברת פורסטייה ומאבדת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בני הזוג מגלים שהמחרוזת אבדה ומחליטים לקנות תחליף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התרה - בני הזוג עובדים קשה במשך שנים ומחזירים את החוב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מטילדה פוגשת את גברת פורסטייה ומגלה שהמחרוזת הייתה מזויפת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דמויות, סמל ואירוניה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חולמנית - מדמיינת חיי פאר, לא מרוצה - מתלוננת על מצבה הפשוט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דינמית - בפתיחה חולמת ויפה, בסיום זקנה וקשה אחרי שנות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 הזוג עבדו קשה שנים כדי להחזיר חוב על מחרוזת שהתבררה כמזויפת וחסרת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נאמנות לדמויות ולעלילה, מבנה דיאלוג תקין עם פתיחה והתפתחות וסיום, שימוש מסומן באמצעי אומנותי אחד לפחות, ולשון עשירה ותקנית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אקספוזיציה, סיבוך, שיא, התרה,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מראית עין חיצונית מול מציאות פנימית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 הזוג עבדו שנים כדי להחזיר חוב על מחרוזת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שלב ה-mc יחד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לבסס תשובות בשאלות הפתוחות על דוגמאות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בשאלת הכתיבה כדאי להזכיר את רשימת האמצעים האומנותיים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"המחרוזת" מאת גי דה מופאסן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הסיפור "המחרוזת". נבין מה קרה בסיפור, מי הדמויות, ולמה הסוף מפתיע.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הראשון בסיפור, שם מכירים את הדמויות והרקע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שמתחילה להתפתח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ביותר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הבעיה מתחילה להיפתר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מפתיע בין מה שציפינו לו למה שקרה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שמשתנה במהלך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סטטית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שלא משתנה לאורך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דמות שמייצגים רעיון עמוק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ומבנה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מטילדה עצובה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בעלה אינו אוהב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חולמת על חיי פאר שאין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לה חברות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מטילדה רצתה לשאול 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למכור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בעלה ביקש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להתאים לשמלה ולא להיראות ענייה בנשף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להחזיר 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הבעל ויתר כדי לקנות שמלה?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ארוחות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חופשה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רובה הציד שחסך עבורו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שעון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מתגלה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המחרוזת נמצאה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המחרוזת שאבדה הייתה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גברת פורסטייה גנבה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הבעל מכר את המחרוזת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המחרוזת מייצגת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בין בני הזוג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מראית עין - נוצץ מבחוץ ומזויף מבפנים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זו גברת פורסטייה?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חברתה העשירה של מטילדה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אחותה של מטילדה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מורתה של מטילדה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שכנתה של מטילדה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נולדה למשפחה עשירה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לואזל הוא פקיד צנוע שאוהב את אשתו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ובעלה עבדו קשה במשך עשר שנים כדי להחזיר את החוב על המחרוזת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הסיפור מתגלה שהמחרוזת הייתה אמיתית ויקרה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היא דמות דינמית המשתנה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שלב בעלילה שבו מוצגים הדמויות והרקע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שלב שבו המתח מגיע לנקודתו הגבוהה ביותר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ניגוד מפתיע בין הציפייה למציאות נקרא בספרות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דמות שמשתנה במהלך הסיפור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מטילדה פוגשת את גברת פורסטייה ומגלה שהמחרוזת הייתה מזויפת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התרה - בני הזוג עובדים קשה במשך שנים ומחזירים את החוב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מטילדה שואלת מחרוזת מגברת פורסטייה ומאבדת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היכרות עם מטילדה וחייה הפשוטים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בני הזוג מגלים שהמחרוזת אבדה ומחליטים לקנות תחליף יקר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דמויות, סמל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אפיינו את מטילדה בשתי תכונות בתחילת הסיפור, וביססו כל תכונה במעשה או מחשבה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מטילדה היא דמות דינמית או סטטית? הוכיחו בעזרת השוואה בין הפתיחה לסיום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מהי האירוניה בסוף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דו-שיח קצר בין מטילדה לבעלה בערב שבו חזרה מהפגישה עם גברת פורסטייה, ושלבו בו אמצעי אומנותי אחד שתסמנו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שלבי העלילה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המחרוזת?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האירוניה בסיום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הקצר "המחרוזת" מאת גי דה מופאסן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